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560C3" w14:textId="3B4E17B6" w:rsidR="00546F0F" w:rsidRPr="00C7676C" w:rsidRDefault="008E2008">
      <w:pPr>
        <w:rPr>
          <w:rFonts w:ascii="Franklin Gothic Demi" w:hAnsi="Franklin Gothic Demi"/>
          <w:color w:val="E36C0A" w:themeColor="accent6" w:themeShade="BF"/>
          <w:sz w:val="28"/>
          <w:szCs w:val="28"/>
        </w:rPr>
      </w:pPr>
      <w:r>
        <w:rPr>
          <w:rFonts w:ascii="Franklin Gothic Demi" w:hAnsi="Franklin Gothic Demi"/>
          <w:color w:val="E36C0A" w:themeColor="accent6" w:themeShade="BF"/>
          <w:sz w:val="28"/>
          <w:szCs w:val="28"/>
        </w:rPr>
        <w:t xml:space="preserve">               </w:t>
      </w:r>
    </w:p>
    <w:p w14:paraId="6D6A4DF7" w14:textId="555F848C" w:rsidR="00A4226F" w:rsidRDefault="005D7AD1">
      <w:r w:rsidRPr="00305581">
        <w:rPr>
          <w:noProof/>
          <w:lang w:val="lt-LT" w:eastAsia="lt-LT"/>
        </w:rPr>
        <w:drawing>
          <wp:anchor distT="0" distB="0" distL="114300" distR="114300" simplePos="0" relativeHeight="251657216" behindDoc="1" locked="0" layoutInCell="1" allowOverlap="1" wp14:anchorId="4A244ABA" wp14:editId="26E52E86">
            <wp:simplePos x="0" y="0"/>
            <wp:positionH relativeFrom="column">
              <wp:posOffset>151130</wp:posOffset>
            </wp:positionH>
            <wp:positionV relativeFrom="paragraph">
              <wp:posOffset>182880</wp:posOffset>
            </wp:positionV>
            <wp:extent cx="1688400" cy="2217600"/>
            <wp:effectExtent l="0" t="0" r="762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8400" cy="22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1E41CD" w14:textId="1FE07007" w:rsidR="0063536C" w:rsidRPr="00940FEE" w:rsidRDefault="007836AC" w:rsidP="007836AC">
      <w:pPr>
        <w:rPr>
          <w:rFonts w:ascii="Franklin Gothic Demi" w:hAnsi="Franklin Gothic Demi"/>
          <w:sz w:val="32"/>
          <w:szCs w:val="32"/>
        </w:rPr>
      </w:pPr>
      <w:r>
        <w:tab/>
      </w:r>
      <w:r>
        <w:tab/>
      </w:r>
      <w:r>
        <w:tab/>
      </w:r>
      <w:r w:rsidR="00A73151">
        <w:t xml:space="preserve">                                                           </w:t>
      </w:r>
      <w:r w:rsidR="00A73151" w:rsidRPr="00A73151">
        <w:rPr>
          <w:color w:val="E36C0A" w:themeColor="accent6" w:themeShade="BF"/>
        </w:rPr>
        <w:t xml:space="preserve">    </w:t>
      </w:r>
      <w:r w:rsidR="00A73151" w:rsidRPr="00940FEE">
        <w:rPr>
          <w:rFonts w:ascii="Franklin Gothic Demi" w:hAnsi="Franklin Gothic Demi"/>
          <w:color w:val="E36C0A" w:themeColor="accent6" w:themeShade="BF"/>
          <w:sz w:val="32"/>
          <w:szCs w:val="32"/>
        </w:rPr>
        <w:t>GRUPĖS:</w:t>
      </w:r>
    </w:p>
    <w:p w14:paraId="303B2817" w14:textId="464768A2" w:rsidR="0063536C" w:rsidRDefault="0063536C" w:rsidP="007836AC">
      <w:pPr>
        <w:rPr>
          <w:rFonts w:ascii="Franklin Gothic Medium" w:hAnsi="Franklin Gothic Medium"/>
          <w:sz w:val="24"/>
          <w:szCs w:val="24"/>
        </w:rPr>
      </w:pPr>
    </w:p>
    <w:p w14:paraId="7B34808D" w14:textId="18B1A45A" w:rsidR="007836AC" w:rsidRPr="00FB2DDF" w:rsidRDefault="003F2DE5" w:rsidP="0063536C">
      <w:pPr>
        <w:ind w:left="2880" w:firstLine="720"/>
        <w:rPr>
          <w:rFonts w:ascii="Franklin Gothic Medium" w:hAnsi="Franklin Gothic Medium"/>
          <w:color w:val="E36C0A" w:themeColor="accent6" w:themeShade="BF"/>
          <w:sz w:val="24"/>
          <w:szCs w:val="24"/>
        </w:rPr>
      </w:pPr>
      <w:r w:rsidRPr="00FB2DDF">
        <w:rPr>
          <w:rFonts w:ascii="Franklin Gothic Medium" w:hAnsi="Franklin Gothic Medium"/>
          <w:sz w:val="24"/>
          <w:szCs w:val="24"/>
        </w:rPr>
        <w:t xml:space="preserve"> </w:t>
      </w:r>
      <w:r w:rsidR="007836AC"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“</w:t>
      </w:r>
      <w:proofErr w:type="spellStart"/>
      <w:r w:rsidR="007836AC"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Gandriukai</w:t>
      </w:r>
      <w:proofErr w:type="spellEnd"/>
      <w:r w:rsidR="007836AC"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” </w:t>
      </w:r>
      <w:r w:rsidR="008E6C53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- </w:t>
      </w:r>
      <w:r w:rsidR="00171640">
        <w:rPr>
          <w:rFonts w:ascii="Franklin Gothic Medium" w:hAnsi="Franklin Gothic Medium"/>
          <w:color w:val="E36C0A" w:themeColor="accent6" w:themeShade="BF"/>
          <w:sz w:val="24"/>
          <w:szCs w:val="24"/>
        </w:rPr>
        <w:t>1</w:t>
      </w:r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-</w:t>
      </w:r>
      <w:r w:rsidR="00171640">
        <w:rPr>
          <w:rFonts w:ascii="Franklin Gothic Medium" w:hAnsi="Franklin Gothic Medium"/>
          <w:color w:val="E36C0A" w:themeColor="accent6" w:themeShade="BF"/>
          <w:sz w:val="24"/>
          <w:szCs w:val="24"/>
        </w:rPr>
        <w:t>3</w:t>
      </w:r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metų</w:t>
      </w:r>
      <w:proofErr w:type="spellEnd"/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ikimokyklinio</w:t>
      </w:r>
      <w:proofErr w:type="spellEnd"/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amžiaus </w:t>
      </w:r>
      <w:proofErr w:type="spellStart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>vaikų</w:t>
      </w:r>
      <w:proofErr w:type="spellEnd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>grupė</w:t>
      </w:r>
    </w:p>
    <w:p w14:paraId="11335BE8" w14:textId="2C7BF69E" w:rsidR="00D02E88" w:rsidRDefault="00D02E88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5AFD6AD5" w14:textId="0A94064A" w:rsidR="00D02E88" w:rsidRDefault="00D02E88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5849178E" w14:textId="1CED9DA1" w:rsidR="00D02E88" w:rsidRDefault="00D02E88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31791349" w14:textId="39FB8CAB" w:rsidR="00D02E88" w:rsidRDefault="00D02E88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  <w:r>
        <w:rPr>
          <w:rFonts w:ascii="Franklin Gothic Medium" w:hAnsi="Franklin Gothic Medium"/>
          <w:color w:val="E36C0A" w:themeColor="accent6" w:themeShade="BF"/>
          <w:sz w:val="18"/>
          <w:szCs w:val="18"/>
        </w:rPr>
        <w:t xml:space="preserve">                                                             </w:t>
      </w:r>
    </w:p>
    <w:p w14:paraId="5A310BD3" w14:textId="33DA7BA3" w:rsidR="00342290" w:rsidRDefault="007B1A34" w:rsidP="007836AC">
      <w:pPr>
        <w:rPr>
          <w:rFonts w:ascii="Franklin Gothic Medium" w:hAnsi="Franklin Gothic Medium"/>
          <w:color w:val="E36C0A" w:themeColor="accent6" w:themeShade="BF"/>
          <w:sz w:val="24"/>
          <w:szCs w:val="24"/>
        </w:rPr>
      </w:pPr>
      <w:r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  <w:drawing>
          <wp:anchor distT="0" distB="0" distL="114300" distR="114300" simplePos="0" relativeHeight="251662336" behindDoc="0" locked="0" layoutInCell="1" allowOverlap="1" wp14:anchorId="4B254788" wp14:editId="4421FAF0">
            <wp:simplePos x="0" y="0"/>
            <wp:positionH relativeFrom="margin">
              <wp:posOffset>224790</wp:posOffset>
            </wp:positionH>
            <wp:positionV relativeFrom="margin">
              <wp:posOffset>3124200</wp:posOffset>
            </wp:positionV>
            <wp:extent cx="1652400" cy="1620000"/>
            <wp:effectExtent l="0" t="0" r="5080" b="0"/>
            <wp:wrapSquare wrapText="bothSides"/>
            <wp:docPr id="11" name="Paveikslėlis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400" cy="16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8430C6" w14:textId="4FE633AF" w:rsidR="00342290" w:rsidRDefault="00342290" w:rsidP="007836AC">
      <w:pPr>
        <w:rPr>
          <w:rFonts w:ascii="Franklin Gothic Medium" w:hAnsi="Franklin Gothic Medium"/>
          <w:color w:val="E36C0A" w:themeColor="accent6" w:themeShade="BF"/>
          <w:sz w:val="24"/>
          <w:szCs w:val="24"/>
        </w:rPr>
      </w:pPr>
    </w:p>
    <w:p w14:paraId="06EC001D" w14:textId="41CEF9A8" w:rsidR="009C68FF" w:rsidRPr="00342290" w:rsidRDefault="008E6C53" w:rsidP="007836AC">
      <w:pPr>
        <w:rPr>
          <w:rFonts w:ascii="Franklin Gothic Medium" w:hAnsi="Franklin Gothic Medium"/>
          <w:color w:val="E36C0A" w:themeColor="accent6" w:themeShade="BF"/>
          <w:sz w:val="24"/>
          <w:szCs w:val="24"/>
        </w:rPr>
      </w:pPr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 </w:t>
      </w:r>
      <w:r w:rsidR="00CC55FE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  </w:t>
      </w:r>
      <w:r w:rsidR="00342290" w:rsidRPr="00342290">
        <w:rPr>
          <w:rFonts w:ascii="Franklin Gothic Medium" w:hAnsi="Franklin Gothic Medium"/>
          <w:color w:val="E36C0A" w:themeColor="accent6" w:themeShade="BF"/>
          <w:sz w:val="24"/>
          <w:szCs w:val="24"/>
        </w:rPr>
        <w:t>“</w:t>
      </w:r>
      <w:proofErr w:type="spellStart"/>
      <w:r w:rsidR="00342290">
        <w:rPr>
          <w:rFonts w:ascii="Franklin Gothic Medium" w:hAnsi="Franklin Gothic Medium"/>
          <w:color w:val="E36C0A" w:themeColor="accent6" w:themeShade="BF"/>
          <w:sz w:val="24"/>
          <w:szCs w:val="24"/>
        </w:rPr>
        <w:t>Riešutėliai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” - 3-4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metų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ikimokyklinio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amžiaus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>vaikų</w:t>
      </w:r>
      <w:proofErr w:type="spellEnd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grupė</w:t>
      </w:r>
    </w:p>
    <w:p w14:paraId="5FE0C9FA" w14:textId="1C495D1F" w:rsidR="00D02E88" w:rsidRDefault="00D02E88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27F37D46" w14:textId="76911A95" w:rsidR="00D02E88" w:rsidRPr="00FB597A" w:rsidRDefault="00342290" w:rsidP="007836AC">
      <w:pPr>
        <w:rPr>
          <w:rFonts w:ascii="Franklin Gothic Demi" w:hAnsi="Franklin Gothic Demi"/>
          <w:color w:val="E36C0A" w:themeColor="accent6" w:themeShade="BF"/>
          <w:sz w:val="24"/>
          <w:szCs w:val="24"/>
        </w:rPr>
      </w:pPr>
      <w:r>
        <w:rPr>
          <w:rFonts w:ascii="Franklin Gothic Medium" w:hAnsi="Franklin Gothic Medium"/>
          <w:color w:val="E36C0A" w:themeColor="accent6" w:themeShade="BF"/>
          <w:sz w:val="18"/>
          <w:szCs w:val="18"/>
        </w:rPr>
        <w:t xml:space="preserve"> </w:t>
      </w:r>
    </w:p>
    <w:p w14:paraId="3AF539DC" w14:textId="3329FF6F" w:rsidR="0063536C" w:rsidRDefault="00D02E88" w:rsidP="007836AC">
      <w:pPr>
        <w:rPr>
          <w:rFonts w:ascii="Franklin Gothic Medium" w:hAnsi="Franklin Gothic Medium"/>
          <w:color w:val="E36C0A" w:themeColor="accent6" w:themeShade="BF"/>
          <w:sz w:val="24"/>
          <w:szCs w:val="24"/>
        </w:rPr>
      </w:pPr>
      <w:r w:rsidRPr="00FB2DDF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  </w:t>
      </w:r>
    </w:p>
    <w:p w14:paraId="3283D2B4" w14:textId="60E92AA3" w:rsidR="00045201" w:rsidRDefault="00FB597A" w:rsidP="007836AC">
      <w:pP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F8A9060" wp14:editId="42F34383">
            <wp:simplePos x="0" y="0"/>
            <wp:positionH relativeFrom="margin">
              <wp:posOffset>374650</wp:posOffset>
            </wp:positionH>
            <wp:positionV relativeFrom="margin">
              <wp:posOffset>4799330</wp:posOffset>
            </wp:positionV>
            <wp:extent cx="1681200" cy="2520000"/>
            <wp:effectExtent l="0" t="0" r="0" b="0"/>
            <wp:wrapSquare wrapText="bothSides"/>
            <wp:docPr id="26816618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2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73FA00" w14:textId="4F9704FF" w:rsidR="005D7AD1" w:rsidRDefault="005D7AD1" w:rsidP="007836AC">
      <w:pP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</w:pPr>
    </w:p>
    <w:p w14:paraId="12378440" w14:textId="77777777" w:rsidR="00FB597A" w:rsidRDefault="00CC55FE" w:rsidP="007836AC">
      <w:pPr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</w:pPr>
      <w:r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  <w:t xml:space="preserve">  </w:t>
      </w:r>
    </w:p>
    <w:p w14:paraId="4B0ECC2B" w14:textId="6C158FB8" w:rsidR="005D7AD1" w:rsidRDefault="00CC55FE" w:rsidP="007836AC">
      <w:pP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</w:pPr>
      <w:r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  <w:t xml:space="preserve">„Žvirbliukai“ – 4-5 metų ikimokyklinio amžiaus </w:t>
      </w:r>
      <w:r w:rsidR="00AA338C"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  <w:t xml:space="preserve">vaikų </w:t>
      </w:r>
      <w:r>
        <w:rPr>
          <w:rFonts w:ascii="Franklin Gothic Medium" w:hAnsi="Franklin Gothic Medium"/>
          <w:noProof/>
          <w:color w:val="E36C0A" w:themeColor="accent6" w:themeShade="BF"/>
          <w:sz w:val="24"/>
          <w:szCs w:val="24"/>
          <w:lang w:val="lt-LT" w:eastAsia="lt-LT"/>
        </w:rPr>
        <w:t>grupė</w:t>
      </w:r>
    </w:p>
    <w:p w14:paraId="5D492DDE" w14:textId="45E4E3A1" w:rsidR="005D7AD1" w:rsidRDefault="005D7AD1" w:rsidP="007836AC">
      <w:pP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</w:pPr>
    </w:p>
    <w:p w14:paraId="298655FD" w14:textId="65725AD3" w:rsidR="005D7AD1" w:rsidRDefault="005D7AD1" w:rsidP="007836AC">
      <w:pP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</w:pPr>
    </w:p>
    <w:p w14:paraId="3BA0B642" w14:textId="1A8AE9FD" w:rsidR="009A70C7" w:rsidRDefault="009A70C7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6F65518F" w14:textId="77777777" w:rsidR="00EB6264" w:rsidRDefault="00EB6264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45C672F7" w14:textId="68DFC934" w:rsidR="00EB6264" w:rsidRDefault="00FB597A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  <w:r>
        <w:rPr>
          <w:rFonts w:ascii="Franklin Gothic Medium" w:hAnsi="Franklin Gothic Medium"/>
          <w:noProof/>
          <w:color w:val="E36C0A" w:themeColor="accent6" w:themeShade="BF"/>
          <w:sz w:val="18"/>
          <w:szCs w:val="18"/>
          <w:lang w:val="lt-LT" w:eastAsia="lt-LT"/>
        </w:rPr>
        <w:drawing>
          <wp:anchor distT="0" distB="0" distL="114300" distR="114300" simplePos="0" relativeHeight="251661312" behindDoc="0" locked="0" layoutInCell="1" allowOverlap="1" wp14:anchorId="3F703C5F" wp14:editId="72279060">
            <wp:simplePos x="0" y="0"/>
            <wp:positionH relativeFrom="margin">
              <wp:posOffset>72390</wp:posOffset>
            </wp:positionH>
            <wp:positionV relativeFrom="margin">
              <wp:posOffset>7296150</wp:posOffset>
            </wp:positionV>
            <wp:extent cx="2170430" cy="2219325"/>
            <wp:effectExtent l="0" t="0" r="0" b="9525"/>
            <wp:wrapSquare wrapText="bothSides"/>
            <wp:docPr id="9" name="Paveikslėli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221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9C09ACB" w14:textId="2D42ECFF" w:rsidR="00FB597A" w:rsidRDefault="00FB597A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</w:p>
    <w:p w14:paraId="22557196" w14:textId="77777777" w:rsidR="00FB597A" w:rsidRDefault="00FB597A" w:rsidP="007836AC">
      <w:pPr>
        <w:rPr>
          <w:rFonts w:ascii="Franklin Gothic Medium" w:hAnsi="Franklin Gothic Medium"/>
          <w:color w:val="E36C0A" w:themeColor="accent6" w:themeShade="BF"/>
          <w:sz w:val="24"/>
          <w:szCs w:val="24"/>
        </w:rPr>
      </w:pPr>
    </w:p>
    <w:p w14:paraId="70A7DE38" w14:textId="28FC0F32" w:rsidR="00E77514" w:rsidRPr="003F2DE5" w:rsidRDefault="00EB6264" w:rsidP="007836AC">
      <w:pPr>
        <w:rPr>
          <w:rFonts w:ascii="Franklin Gothic Medium" w:hAnsi="Franklin Gothic Medium"/>
          <w:color w:val="E36C0A" w:themeColor="accent6" w:themeShade="BF"/>
          <w:sz w:val="18"/>
          <w:szCs w:val="18"/>
        </w:rPr>
      </w:pPr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“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Pelėdžiukai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” – 5-7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metų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mišri</w:t>
      </w:r>
      <w:proofErr w:type="spellEnd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>
        <w:rPr>
          <w:rFonts w:ascii="Franklin Gothic Medium" w:hAnsi="Franklin Gothic Medium"/>
          <w:color w:val="E36C0A" w:themeColor="accent6" w:themeShade="BF"/>
          <w:sz w:val="24"/>
          <w:szCs w:val="24"/>
        </w:rPr>
        <w:t>priešmokyklinio</w:t>
      </w:r>
      <w:proofErr w:type="spellEnd"/>
      <w:r w:rsidR="00847B72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 w:rsidR="00847B72">
        <w:rPr>
          <w:rFonts w:ascii="Franklin Gothic Medium" w:hAnsi="Franklin Gothic Medium"/>
          <w:color w:val="E36C0A" w:themeColor="accent6" w:themeShade="BF"/>
          <w:sz w:val="24"/>
          <w:szCs w:val="24"/>
        </w:rPr>
        <w:t>amžiaus</w:t>
      </w:r>
      <w:proofErr w:type="spellEnd"/>
      <w:r w:rsidR="00847B72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proofErr w:type="spellStart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>vaikų</w:t>
      </w:r>
      <w:proofErr w:type="spellEnd"/>
      <w:r w:rsidR="00AA338C">
        <w:rPr>
          <w:rFonts w:ascii="Franklin Gothic Medium" w:hAnsi="Franklin Gothic Medium"/>
          <w:color w:val="E36C0A" w:themeColor="accent6" w:themeShade="BF"/>
          <w:sz w:val="24"/>
          <w:szCs w:val="24"/>
        </w:rPr>
        <w:t xml:space="preserve"> </w:t>
      </w:r>
      <w:r w:rsidR="00847B72">
        <w:rPr>
          <w:rFonts w:ascii="Franklin Gothic Medium" w:hAnsi="Franklin Gothic Medium"/>
          <w:color w:val="E36C0A" w:themeColor="accent6" w:themeShade="BF"/>
          <w:sz w:val="24"/>
          <w:szCs w:val="24"/>
        </w:rPr>
        <w:t>grupė</w:t>
      </w:r>
    </w:p>
    <w:sectPr w:rsidR="00E77514" w:rsidRPr="003F2DE5" w:rsidSect="009A70C7">
      <w:pgSz w:w="12240" w:h="15840"/>
      <w:pgMar w:top="567" w:right="720" w:bottom="62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Franklin Gothic Demi"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BA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raassunumeriai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raassunumeriai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raassuenkleliai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raassuenkleliai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raassunumeriai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86660003">
    <w:abstractNumId w:val="8"/>
  </w:num>
  <w:num w:numId="2" w16cid:durableId="1738243336">
    <w:abstractNumId w:val="6"/>
  </w:num>
  <w:num w:numId="3" w16cid:durableId="824592956">
    <w:abstractNumId w:val="5"/>
  </w:num>
  <w:num w:numId="4" w16cid:durableId="1441485623">
    <w:abstractNumId w:val="4"/>
  </w:num>
  <w:num w:numId="5" w16cid:durableId="17507368">
    <w:abstractNumId w:val="7"/>
  </w:num>
  <w:num w:numId="6" w16cid:durableId="1929998406">
    <w:abstractNumId w:val="3"/>
  </w:num>
  <w:num w:numId="7" w16cid:durableId="1266770990">
    <w:abstractNumId w:val="2"/>
  </w:num>
  <w:num w:numId="8" w16cid:durableId="136800075">
    <w:abstractNumId w:val="1"/>
  </w:num>
  <w:num w:numId="9" w16cid:durableId="1015114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5201"/>
    <w:rsid w:val="0006063C"/>
    <w:rsid w:val="0015074B"/>
    <w:rsid w:val="00171640"/>
    <w:rsid w:val="00175FC8"/>
    <w:rsid w:val="0029639D"/>
    <w:rsid w:val="002F54D2"/>
    <w:rsid w:val="00305581"/>
    <w:rsid w:val="00326F90"/>
    <w:rsid w:val="00342290"/>
    <w:rsid w:val="00377EAD"/>
    <w:rsid w:val="003E2E11"/>
    <w:rsid w:val="003F2DE5"/>
    <w:rsid w:val="004450E9"/>
    <w:rsid w:val="0048184F"/>
    <w:rsid w:val="004C1663"/>
    <w:rsid w:val="00546F0F"/>
    <w:rsid w:val="005A1F45"/>
    <w:rsid w:val="005D7AD1"/>
    <w:rsid w:val="0063536C"/>
    <w:rsid w:val="006470D8"/>
    <w:rsid w:val="0073033E"/>
    <w:rsid w:val="007836AC"/>
    <w:rsid w:val="007B1A34"/>
    <w:rsid w:val="00835A83"/>
    <w:rsid w:val="00847B72"/>
    <w:rsid w:val="008C646A"/>
    <w:rsid w:val="008E2008"/>
    <w:rsid w:val="008E6C53"/>
    <w:rsid w:val="00940FEE"/>
    <w:rsid w:val="009A70C7"/>
    <w:rsid w:val="009C68FF"/>
    <w:rsid w:val="00A07F68"/>
    <w:rsid w:val="00A4226F"/>
    <w:rsid w:val="00A73151"/>
    <w:rsid w:val="00A94E8C"/>
    <w:rsid w:val="00AA1D8D"/>
    <w:rsid w:val="00AA338C"/>
    <w:rsid w:val="00B47730"/>
    <w:rsid w:val="00C7676C"/>
    <w:rsid w:val="00CB0664"/>
    <w:rsid w:val="00CC55FE"/>
    <w:rsid w:val="00D02E88"/>
    <w:rsid w:val="00D13C52"/>
    <w:rsid w:val="00E531DD"/>
    <w:rsid w:val="00E77514"/>
    <w:rsid w:val="00EB6264"/>
    <w:rsid w:val="00FB2DDF"/>
    <w:rsid w:val="00FB59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76649A"/>
  <w14:defaultImageDpi w14:val="300"/>
  <w15:docId w15:val="{F7722A05-FC5B-4829-A84E-2E9FFB6B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C693F"/>
  </w:style>
  <w:style w:type="paragraph" w:styleId="Antrat1">
    <w:name w:val="heading 1"/>
    <w:basedOn w:val="prastasis"/>
    <w:next w:val="prastasis"/>
    <w:link w:val="Antrat1Diagrama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618BF"/>
  </w:style>
  <w:style w:type="paragraph" w:styleId="Porat">
    <w:name w:val="footer"/>
    <w:basedOn w:val="prastasis"/>
    <w:link w:val="Porat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618BF"/>
  </w:style>
  <w:style w:type="paragraph" w:styleId="Betarp">
    <w:name w:val="No Spacing"/>
    <w:uiPriority w:val="1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FC693F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uiPriority w:val="99"/>
    <w:unhideWhenUsed/>
    <w:rsid w:val="00AA1D8D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AA1D8D"/>
  </w:style>
  <w:style w:type="paragraph" w:styleId="Pagrindinistekstas2">
    <w:name w:val="Body Text 2"/>
    <w:basedOn w:val="prastasis"/>
    <w:link w:val="Pagrindinistekstas2Diagrama"/>
    <w:uiPriority w:val="99"/>
    <w:unhideWhenUsed/>
    <w:rsid w:val="00AA1D8D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AA1D8D"/>
  </w:style>
  <w:style w:type="paragraph" w:styleId="Pagrindinistekstas3">
    <w:name w:val="Body Text 3"/>
    <w:basedOn w:val="prastasis"/>
    <w:link w:val="Pagrindinistekstas3Diagrama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AA1D8D"/>
    <w:rPr>
      <w:sz w:val="16"/>
      <w:szCs w:val="16"/>
    </w:rPr>
  </w:style>
  <w:style w:type="paragraph" w:styleId="Sraas">
    <w:name w:val="List"/>
    <w:basedOn w:val="prastasis"/>
    <w:uiPriority w:val="99"/>
    <w:unhideWhenUsed/>
    <w:rsid w:val="00AA1D8D"/>
    <w:pPr>
      <w:ind w:left="360" w:hanging="360"/>
      <w:contextualSpacing/>
    </w:pPr>
  </w:style>
  <w:style w:type="paragraph" w:styleId="Sraas2">
    <w:name w:val="List 2"/>
    <w:basedOn w:val="prastasis"/>
    <w:uiPriority w:val="99"/>
    <w:unhideWhenUsed/>
    <w:rsid w:val="00326F90"/>
    <w:pPr>
      <w:ind w:left="720" w:hanging="360"/>
      <w:contextualSpacing/>
    </w:pPr>
  </w:style>
  <w:style w:type="paragraph" w:styleId="Sraas3">
    <w:name w:val="List 3"/>
    <w:basedOn w:val="prastasis"/>
    <w:uiPriority w:val="99"/>
    <w:unhideWhenUsed/>
    <w:rsid w:val="00326F90"/>
    <w:pPr>
      <w:ind w:left="1080" w:hanging="360"/>
      <w:contextualSpacing/>
    </w:pPr>
  </w:style>
  <w:style w:type="paragraph" w:styleId="Sraassuenkleliais">
    <w:name w:val="List Bullet"/>
    <w:basedOn w:val="prastasis"/>
    <w:uiPriority w:val="99"/>
    <w:unhideWhenUsed/>
    <w:rsid w:val="00326F90"/>
    <w:pPr>
      <w:numPr>
        <w:numId w:val="1"/>
      </w:numPr>
      <w:contextualSpacing/>
    </w:pPr>
  </w:style>
  <w:style w:type="paragraph" w:styleId="Sraassuenkleliais2">
    <w:name w:val="List Bullet 2"/>
    <w:basedOn w:val="prastasis"/>
    <w:uiPriority w:val="99"/>
    <w:unhideWhenUsed/>
    <w:rsid w:val="00326F90"/>
    <w:pPr>
      <w:numPr>
        <w:numId w:val="2"/>
      </w:numPr>
      <w:contextualSpacing/>
    </w:pPr>
  </w:style>
  <w:style w:type="paragraph" w:styleId="Sraassuenkleliais3">
    <w:name w:val="List Bullet 3"/>
    <w:basedOn w:val="prastasis"/>
    <w:uiPriority w:val="99"/>
    <w:unhideWhenUsed/>
    <w:rsid w:val="00326F90"/>
    <w:pPr>
      <w:numPr>
        <w:numId w:val="3"/>
      </w:numPr>
      <w:contextualSpacing/>
    </w:pPr>
  </w:style>
  <w:style w:type="paragraph" w:styleId="Sraassunumeriais">
    <w:name w:val="List Number"/>
    <w:basedOn w:val="prastasis"/>
    <w:uiPriority w:val="99"/>
    <w:unhideWhenUsed/>
    <w:rsid w:val="00326F90"/>
    <w:pPr>
      <w:numPr>
        <w:numId w:val="5"/>
      </w:numPr>
      <w:contextualSpacing/>
    </w:pPr>
  </w:style>
  <w:style w:type="paragraph" w:styleId="Sraassunumeriais2">
    <w:name w:val="List Number 2"/>
    <w:basedOn w:val="prastasis"/>
    <w:uiPriority w:val="99"/>
    <w:unhideWhenUsed/>
    <w:rsid w:val="0029639D"/>
    <w:pPr>
      <w:numPr>
        <w:numId w:val="6"/>
      </w:numPr>
      <w:contextualSpacing/>
    </w:pPr>
  </w:style>
  <w:style w:type="paragraph" w:styleId="Sraassunumeriais3">
    <w:name w:val="List Number 3"/>
    <w:basedOn w:val="prastasis"/>
    <w:uiPriority w:val="99"/>
    <w:unhideWhenUsed/>
    <w:rsid w:val="0029639D"/>
    <w:pPr>
      <w:numPr>
        <w:numId w:val="7"/>
      </w:numPr>
      <w:contextualSpacing/>
    </w:pPr>
  </w:style>
  <w:style w:type="paragraph" w:styleId="Sraotsinys">
    <w:name w:val="List Continue"/>
    <w:basedOn w:val="prastasis"/>
    <w:uiPriority w:val="99"/>
    <w:unhideWhenUsed/>
    <w:rsid w:val="0029639D"/>
    <w:pPr>
      <w:spacing w:after="120"/>
      <w:ind w:left="360"/>
      <w:contextualSpacing/>
    </w:pPr>
  </w:style>
  <w:style w:type="paragraph" w:styleId="Sraotsinys2">
    <w:name w:val="List Continue 2"/>
    <w:basedOn w:val="prastasis"/>
    <w:uiPriority w:val="99"/>
    <w:unhideWhenUsed/>
    <w:rsid w:val="0029639D"/>
    <w:pPr>
      <w:spacing w:after="120"/>
      <w:ind w:left="720"/>
      <w:contextualSpacing/>
    </w:pPr>
  </w:style>
  <w:style w:type="paragraph" w:styleId="Sraotsinys3">
    <w:name w:val="List Continue 3"/>
    <w:basedOn w:val="prastasis"/>
    <w:uiPriority w:val="99"/>
    <w:unhideWhenUsed/>
    <w:rsid w:val="0029639D"/>
    <w:pPr>
      <w:spacing w:after="120"/>
      <w:ind w:left="1080"/>
      <w:contextualSpacing/>
    </w:pPr>
  </w:style>
  <w:style w:type="paragraph" w:styleId="Makrokomandostekstas">
    <w:name w:val="macro"/>
    <w:link w:val="MakrokomandostekstasDiagrama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komandostekstasDiagrama">
    <w:name w:val="Makrokomandos tekstas Diagrama"/>
    <w:basedOn w:val="Numatytasispastraiposriftas"/>
    <w:link w:val="Makrokomandostekstas"/>
    <w:uiPriority w:val="99"/>
    <w:rsid w:val="0029639D"/>
    <w:rPr>
      <w:rFonts w:ascii="Courier" w:hAnsi="Courier"/>
      <w:sz w:val="20"/>
      <w:szCs w:val="20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C693F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ntrat">
    <w:name w:val="caption"/>
    <w:basedOn w:val="prastasis"/>
    <w:next w:val="prastasis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rietas">
    <w:name w:val="Strong"/>
    <w:basedOn w:val="Numatytasispastraiposriftas"/>
    <w:uiPriority w:val="22"/>
    <w:qFormat/>
    <w:rsid w:val="00FC693F"/>
    <w:rPr>
      <w:b/>
      <w:bCs/>
    </w:rPr>
  </w:style>
  <w:style w:type="character" w:styleId="Emfaz">
    <w:name w:val="Emphasis"/>
    <w:basedOn w:val="Numatytasispastraiposriftas"/>
    <w:uiPriority w:val="20"/>
    <w:qFormat/>
    <w:rsid w:val="00FC693F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C693F"/>
    <w:rPr>
      <w:b/>
      <w:bCs/>
      <w:i/>
      <w:iCs/>
      <w:color w:val="4F81BD" w:themeColor="accent1"/>
    </w:rPr>
  </w:style>
  <w:style w:type="character" w:styleId="Nerykuspabraukimas">
    <w:name w:val="Subtle Emphasis"/>
    <w:basedOn w:val="Numatytasispastraiposriftas"/>
    <w:uiPriority w:val="19"/>
    <w:qFormat/>
    <w:rsid w:val="00FC693F"/>
    <w:rPr>
      <w:i/>
      <w:iCs/>
      <w:color w:val="808080" w:themeColor="text1" w:themeTint="7F"/>
    </w:rPr>
  </w:style>
  <w:style w:type="character" w:styleId="Rykuspabraukimas">
    <w:name w:val="Intense Emphasis"/>
    <w:basedOn w:val="Numatytasispastraiposriftas"/>
    <w:uiPriority w:val="21"/>
    <w:qFormat/>
    <w:rsid w:val="00FC693F"/>
    <w:rPr>
      <w:b/>
      <w:bCs/>
      <w:i/>
      <w:iCs/>
      <w:color w:val="4F81BD" w:themeColor="accent1"/>
    </w:rPr>
  </w:style>
  <w:style w:type="character" w:styleId="Nerykinuoroda">
    <w:name w:val="Subtle Reference"/>
    <w:basedOn w:val="Numatytasispastraiposriftas"/>
    <w:uiPriority w:val="31"/>
    <w:qFormat/>
    <w:rsid w:val="00FC693F"/>
    <w:rPr>
      <w:smallCaps/>
      <w:color w:val="C0504D" w:themeColor="accent2"/>
      <w:u w:val="single"/>
    </w:rPr>
  </w:style>
  <w:style w:type="character" w:styleId="Rykinuoroda">
    <w:name w:val="Intense Reference"/>
    <w:basedOn w:val="Numatytasispastraiposriftas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basedOn w:val="Numatytasispastraiposriftas"/>
    <w:uiPriority w:val="33"/>
    <w:qFormat/>
    <w:rsid w:val="00FC693F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FC693F"/>
    <w:pPr>
      <w:outlineLvl w:val="9"/>
    </w:pPr>
  </w:style>
  <w:style w:type="table" w:styleId="Lentelstinklelis">
    <w:name w:val="Table Grid"/>
    <w:basedOn w:val="prastojilent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esusisspalvinimas">
    <w:name w:val="Light Shading"/>
    <w:basedOn w:val="prastojilent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esusspalvinimas1parykinimas">
    <w:name w:val="Light Shading Accent 1"/>
    <w:basedOn w:val="prastojilent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esusspalvinimas2parykinimas">
    <w:name w:val="Light Shading Accent 2"/>
    <w:basedOn w:val="prastojilent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esusspalvinimas3parykinimas">
    <w:name w:val="Light Shading Accent 3"/>
    <w:basedOn w:val="prastojilent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esusspalvinimas4parykinimas">
    <w:name w:val="Light Shading Accent 4"/>
    <w:basedOn w:val="prastojilent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esusspalvinimas5parykinimas">
    <w:name w:val="Light Shading Accent 5"/>
    <w:basedOn w:val="prastojilent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esusspalvinimas6parykinimas">
    <w:name w:val="Light Shading Accent 6"/>
    <w:basedOn w:val="prastojilent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esussraas">
    <w:name w:val="Light List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esussraas1parykinimas">
    <w:name w:val="Light List Accent 1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esussraas2parykinimas">
    <w:name w:val="Light List Accent 2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esussraas3parykinimas">
    <w:name w:val="Light List Accent 3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esussraas4parykinimas">
    <w:name w:val="Light List Accent 4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esussraas5parykinimas">
    <w:name w:val="Light List Accent 5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esussraas6parykinimas">
    <w:name w:val="Light List Accent 6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esustinklelis">
    <w:name w:val="Light Grid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esustinklelis1parykinimas">
    <w:name w:val="Light Grid Accent 1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esustinklelis2parykinimas">
    <w:name w:val="Light Grid Accent 2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esustinklelis3parykinimas">
    <w:name w:val="Light Grid Accent 3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esustinklelis4parykinimas">
    <w:name w:val="Light Grid Accent 4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esustinklelis5parykinimas">
    <w:name w:val="Light Grid Accent 5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esustinklelis6parykinimas">
    <w:name w:val="Light Grid Accent 6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vidutinisspalvinimas">
    <w:name w:val="Medium Shading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1parykinimas">
    <w:name w:val="Medium Shading 1 Accent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2parykinimas">
    <w:name w:val="Medium Shading 1 Accent 2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3parykinimas">
    <w:name w:val="Medium Shading 1 Accent 3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4parykinimas">
    <w:name w:val="Medium Shading 1 Accent 4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5parykinimas">
    <w:name w:val="Medium Shading 1 Accent 5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6parykinimas">
    <w:name w:val="Medium Shading 1 Accent 6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vidutinisspalvinimas">
    <w:name w:val="Medium Shading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1parykinimas">
    <w:name w:val="Medium Shading 2 Accent 1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2parykinimas">
    <w:name w:val="Medium Shading 2 Accent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3parykinimas">
    <w:name w:val="Medium Shading 2 Accent 3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4parykinimas">
    <w:name w:val="Medium Shading 2 Accent 4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5parykinimas">
    <w:name w:val="Medium Shading 2 Accent 5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6parykinimas">
    <w:name w:val="Medium Shading 2 Accent 6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vidutinissraas">
    <w:name w:val="Medium Lis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vidutinissraas1parykinimas">
    <w:name w:val="Medium List 1 Accen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vidutinissraas2parykinimas">
    <w:name w:val="Medium List 1 Accent 2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vidutinissraas3parykinimas">
    <w:name w:val="Medium List 1 Accent 3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vidutinissraas4parykinimas">
    <w:name w:val="Medium List 1 Accent 4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vidutinissraas5parykinimas">
    <w:name w:val="Medium List 1 Accent 5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vidutinissraas6parykinimas">
    <w:name w:val="Medium List 1 Accent 6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vidutinissraas">
    <w:name w:val="Medium Lis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1parykinimas">
    <w:name w:val="Medium List 2 Accent 1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2parykinimas">
    <w:name w:val="Medium List 2 Accen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3parykinimas">
    <w:name w:val="Medium List 2 Accent 3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4parykinimas">
    <w:name w:val="Medium List 2 Accent 4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5parykinimas">
    <w:name w:val="Medium List 2 Accent 5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6parykinimas">
    <w:name w:val="Medium List 2 Accent 6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vidutinistinklelis">
    <w:name w:val="Medium Grid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vidutinistinklelis1parykinimas">
    <w:name w:val="Medium Grid 1 Accent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vidutinistinklelis2parykinimas">
    <w:name w:val="Medium Grid 1 Accent 2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vidutinistinklelis3parykinimas">
    <w:name w:val="Medium Grid 1 Accent 3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vidutinistinklelis4parykinimas">
    <w:name w:val="Medium Grid 1 Accent 4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vidutinistinklelis5parykinimas">
    <w:name w:val="Medium Grid 1 Accent 5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vidutinistinklelis6parykinimas">
    <w:name w:val="Medium Grid 1 Accent 6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vidutinistinklelis">
    <w:name w:val="Medium Grid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1parykinimas">
    <w:name w:val="Medium Grid 2 Accent 1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2parykinimas">
    <w:name w:val="Medium Grid 2 Accent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3parykinimas">
    <w:name w:val="Medium Grid 2 Accent 3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4parykinimas">
    <w:name w:val="Medium Grid 2 Accent 4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5parykinimas">
    <w:name w:val="Medium Grid 2 Accent 5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6parykinimas">
    <w:name w:val="Medium Grid 2 Accent 6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vidutinistinklelis">
    <w:name w:val="Medium Grid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vidutinistinklelis1parykinimas">
    <w:name w:val="Medium Grid 3 Accent 1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vidutinistinklelis2parykinimas">
    <w:name w:val="Medium Grid 3 Accent 2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vidutinistinklelis3parykinimas">
    <w:name w:val="Medium Grid 3 Accent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vidutinistinklelis4parykinimas">
    <w:name w:val="Medium Grid 3 Accent 4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vidutinistinklelis5parykinimas">
    <w:name w:val="Medium Grid 3 Accent 5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vidutinistinklelis6parykinimas">
    <w:name w:val="Medium Grid 3 Accent 6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sussraas">
    <w:name w:val="Dark List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sussraas1parykinimas">
    <w:name w:val="Dark List Accent 1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sussraas2parykinimas">
    <w:name w:val="Dark List Accent 2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sussraas3parykinimas">
    <w:name w:val="Dark List Accent 3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sussraas4parykinimas">
    <w:name w:val="Dark List Accent 4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sussraas5parykinimas">
    <w:name w:val="Dark List Accent 5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sussraas6parykinimas">
    <w:name w:val="Dark List Accent 6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palvotasspalvinimas">
    <w:name w:val="Colorful Shading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1parykinimas">
    <w:name w:val="Colorful Shading Accent 1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2parykinimas">
    <w:name w:val="Colorful Shading Accent 2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3parykinimas">
    <w:name w:val="Colorful Shading Accent 3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spalvinimas4parykinimas">
    <w:name w:val="Colorful Shading Accent 4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5parykinimas">
    <w:name w:val="Colorful Shading Accent 5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6parykinimas">
    <w:name w:val="Colorful Shading Accent 6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raas">
    <w:name w:val="Colorful List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palvotassraas1parykinimas">
    <w:name w:val="Colorful List Accent 1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palvotassraas2parykinimas">
    <w:name w:val="Colorful List Accent 2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palvotassraas3parykinimas">
    <w:name w:val="Colorful List Accent 3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palvotassraas4parykinimas">
    <w:name w:val="Colorful List Accent 4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palvotassraas5parykinimas">
    <w:name w:val="Colorful List Accent 5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palvotassraas6parykinimas">
    <w:name w:val="Colorful List Accent 6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palvotastinklelis">
    <w:name w:val="Colorful Grid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palvotastinklelis1parykinimas">
    <w:name w:val="Colorful Grid Accent 1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palvotastinklelis2parykinimas">
    <w:name w:val="Colorful Grid Accent 2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palvotastinklelis3parykinimas">
    <w:name w:val="Colorful Grid Accent 3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tinklelis4parykinimas">
    <w:name w:val="Colorful Grid Accent 4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palvotastinklelis5parykinimas">
    <w:name w:val="Colorful Grid Accent 5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palvotastinklelis6parykinimas">
    <w:name w:val="Colorful Grid Accent 6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Komentaronuoroda">
    <w:name w:val="annotation reference"/>
    <w:basedOn w:val="Numatytasispastraiposriftas"/>
    <w:uiPriority w:val="99"/>
    <w:semiHidden/>
    <w:unhideWhenUsed/>
    <w:rsid w:val="004C16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4C1663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4C1663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4C1663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4C16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0412DE-B010-4268-A6B2-B2200C0A1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274</Words>
  <Characters>157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Vartotojas</cp:lastModifiedBy>
  <cp:revision>2</cp:revision>
  <dcterms:created xsi:type="dcterms:W3CDTF">2025-10-24T14:33:00Z</dcterms:created>
  <dcterms:modified xsi:type="dcterms:W3CDTF">2025-10-24T14:33:00Z</dcterms:modified>
  <cp:category/>
</cp:coreProperties>
</file>